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27C7" w14:textId="77777777" w:rsidR="00A72B38" w:rsidRPr="00CC4C99" w:rsidRDefault="00000000">
      <w:pPr>
        <w:spacing w:before="60" w:after="40"/>
        <w:jc w:val="center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b/>
          <w:color w:val="auto"/>
        </w:rPr>
        <w:t>SURAT PERNYATAAN KOMITMEN</w:t>
      </w:r>
    </w:p>
    <w:p w14:paraId="25E8D988" w14:textId="77777777" w:rsidR="00A72B38" w:rsidRPr="00CC4C99" w:rsidRDefault="00000000">
      <w:pPr>
        <w:spacing w:after="20"/>
        <w:jc w:val="center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b/>
          <w:color w:val="auto"/>
        </w:rPr>
        <w:t>CALON PENYEDIA BARANG/JASA</w:t>
      </w:r>
    </w:p>
    <w:p w14:paraId="70EE00E2" w14:textId="77777777" w:rsidR="00A72B38" w:rsidRPr="00CC4C99" w:rsidRDefault="00000000">
      <w:pPr>
        <w:spacing w:after="80"/>
        <w:jc w:val="center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b/>
          <w:color w:val="auto"/>
        </w:rPr>
        <w:t>PENDAFTARAN DAFTAR PENYEDIA TERPILIH (DPT)</w:t>
      </w:r>
      <w:r w:rsidRPr="00CC4C99">
        <w:rPr>
          <w:rFonts w:ascii="Arial" w:eastAsia="Calibri" w:hAnsi="Arial" w:cs="Arial"/>
          <w:b/>
          <w:color w:val="auto"/>
        </w:rPr>
        <w:br/>
        <w:t>BLU UNIVERSITAS PATTIMURA</w:t>
      </w:r>
    </w:p>
    <w:p w14:paraId="154EFD96" w14:textId="77777777" w:rsidR="00A302E2" w:rsidRPr="00CC4C99" w:rsidRDefault="00A302E2">
      <w:pPr>
        <w:keepLines/>
        <w:spacing w:after="100"/>
        <w:jc w:val="both"/>
        <w:rPr>
          <w:rFonts w:ascii="Arial" w:eastAsia="Calibri" w:hAnsi="Arial" w:cs="Arial"/>
        </w:rPr>
      </w:pPr>
    </w:p>
    <w:p w14:paraId="4E5C05D4" w14:textId="60220CB9" w:rsidR="00A72B38" w:rsidRPr="00CC4C99" w:rsidRDefault="00000000">
      <w:pPr>
        <w:keepLines/>
        <w:spacing w:after="100"/>
        <w:jc w:val="both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color w:val="auto"/>
        </w:rPr>
        <w:t xml:space="preserve">Yang </w:t>
      </w:r>
      <w:proofErr w:type="spellStart"/>
      <w:r w:rsidRPr="00CC4C99">
        <w:rPr>
          <w:rFonts w:ascii="Arial" w:eastAsia="Calibri" w:hAnsi="Arial" w:cs="Arial"/>
          <w:color w:val="auto"/>
        </w:rPr>
        <w:t>bertanda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di </w:t>
      </w:r>
      <w:proofErr w:type="spellStart"/>
      <w:r w:rsidRPr="00CC4C99">
        <w:rPr>
          <w:rFonts w:ascii="Arial" w:eastAsia="Calibri" w:hAnsi="Arial" w:cs="Arial"/>
          <w:color w:val="auto"/>
        </w:rPr>
        <w:t>bawah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ini</w:t>
      </w:r>
      <w:proofErr w:type="spellEnd"/>
      <w:r w:rsidRPr="00CC4C99">
        <w:rPr>
          <w:rFonts w:ascii="Arial" w:eastAsia="Calibri" w:hAnsi="Arial" w:cs="Arial"/>
          <w:color w:val="auto"/>
        </w:rPr>
        <w:t>:</w:t>
      </w:r>
    </w:p>
    <w:tbl>
      <w:tblPr>
        <w:tblW w:w="9072" w:type="dxa"/>
        <w:tblInd w:w="120" w:type="dxa"/>
        <w:tblBorders>
          <w:top w:val="single" w:sz="6" w:space="0" w:color="D6DCE4"/>
          <w:left w:val="single" w:sz="6" w:space="0" w:color="D6DCE4"/>
          <w:bottom w:val="single" w:sz="6" w:space="0" w:color="D6DCE4"/>
          <w:right w:val="single" w:sz="6" w:space="0" w:color="D6DCE4"/>
          <w:insideH w:val="single" w:sz="6" w:space="0" w:color="D6DCE4"/>
          <w:insideV w:val="single" w:sz="6" w:space="0" w:color="D6DCE4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572"/>
      </w:tblGrid>
      <w:tr w:rsidR="00A302E2" w:rsidRPr="00CC4C99" w14:paraId="3F30699A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86B36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Nama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lengkap</w:t>
            </w:r>
            <w:proofErr w:type="spellEnd"/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5BE40" w14:textId="3217D0B1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  <w:tr w:rsidR="00A302E2" w:rsidRPr="00CC4C99" w14:paraId="5976228D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0164E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b/>
                <w:color w:val="auto"/>
              </w:rPr>
              <w:t>NIK</w:t>
            </w:r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4949C" w14:textId="3A9E1869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  <w:tr w:rsidR="00A302E2" w:rsidRPr="00CC4C99" w14:paraId="60AD3DB0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85B0F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Jabatan</w:t>
            </w:r>
            <w:proofErr w:type="spellEnd"/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A0E23" w14:textId="3F7A8116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  <w:tr w:rsidR="00A302E2" w:rsidRPr="00CC4C99" w14:paraId="272F5D69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47522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Bertindak</w:t>
            </w:r>
            <w:proofErr w:type="spellEnd"/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untuk</w:t>
            </w:r>
            <w:proofErr w:type="spellEnd"/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 dan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atas</w:t>
            </w:r>
            <w:proofErr w:type="spellEnd"/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nama</w:t>
            </w:r>
            <w:proofErr w:type="spellEnd"/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E7E48" w14:textId="03AC217B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  <w:tr w:rsidR="00A302E2" w:rsidRPr="00CC4C99" w14:paraId="4C01E384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F4309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Bentuk</w:t>
            </w:r>
            <w:proofErr w:type="spellEnd"/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 badan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usaha</w:t>
            </w:r>
            <w:proofErr w:type="spellEnd"/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B8B75" w14:textId="701E5C23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 xml:space="preserve">:  PT / CV / </w:t>
            </w:r>
            <w:proofErr w:type="spellStart"/>
            <w:r w:rsidRPr="00CC4C99">
              <w:rPr>
                <w:rFonts w:ascii="Arial" w:eastAsia="Calibri" w:hAnsi="Arial" w:cs="Arial"/>
                <w:color w:val="auto"/>
              </w:rPr>
              <w:t>Firma</w:t>
            </w:r>
            <w:proofErr w:type="spellEnd"/>
            <w:r w:rsidRPr="00CC4C99">
              <w:rPr>
                <w:rFonts w:ascii="Arial" w:eastAsia="Calibri" w:hAnsi="Arial" w:cs="Arial"/>
                <w:color w:val="auto"/>
              </w:rPr>
              <w:t xml:space="preserve"> / </w:t>
            </w:r>
            <w:proofErr w:type="spellStart"/>
            <w:r w:rsidRPr="00CC4C99">
              <w:rPr>
                <w:rFonts w:ascii="Arial" w:eastAsia="Calibri" w:hAnsi="Arial" w:cs="Arial"/>
                <w:color w:val="auto"/>
              </w:rPr>
              <w:t>Koperasi</w:t>
            </w:r>
            <w:proofErr w:type="spellEnd"/>
            <w:r w:rsidRPr="00CC4C99">
              <w:rPr>
                <w:rFonts w:ascii="Arial" w:eastAsia="Calibri" w:hAnsi="Arial" w:cs="Arial"/>
                <w:color w:val="auto"/>
              </w:rPr>
              <w:t xml:space="preserve"> / </w:t>
            </w:r>
            <w:proofErr w:type="spellStart"/>
            <w:r w:rsidRPr="00CC4C99">
              <w:rPr>
                <w:rFonts w:ascii="Arial" w:eastAsia="Calibri" w:hAnsi="Arial" w:cs="Arial"/>
                <w:color w:val="auto"/>
              </w:rPr>
              <w:t>Lainnya</w:t>
            </w:r>
            <w:proofErr w:type="spellEnd"/>
            <w:r w:rsidRPr="00CC4C99">
              <w:rPr>
                <w:rFonts w:ascii="Arial" w:eastAsia="Calibri" w:hAnsi="Arial" w:cs="Arial"/>
                <w:color w:val="auto"/>
              </w:rPr>
              <w:t>: 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</w:t>
            </w:r>
          </w:p>
        </w:tc>
      </w:tr>
      <w:tr w:rsidR="00A302E2" w:rsidRPr="00CC4C99" w14:paraId="0570785A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21AE3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b/>
                <w:color w:val="auto"/>
              </w:rPr>
              <w:t>NIB</w:t>
            </w:r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E71CC" w14:textId="1FE1D5AC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  <w:tr w:rsidR="00A302E2" w:rsidRPr="00CC4C99" w14:paraId="49C3EEB9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5D4FC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NPWP badan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usaha</w:t>
            </w:r>
            <w:proofErr w:type="spellEnd"/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89B8B" w14:textId="3BA7C5DF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  <w:tr w:rsidR="00A302E2" w:rsidRPr="00CC4C99" w14:paraId="37AD46E4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A1721" w14:textId="7777777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Alamat </w:t>
            </w: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kantor</w:t>
            </w:r>
            <w:proofErr w:type="spellEnd"/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464AB8" w14:textId="565E62A7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  <w:r w:rsidRPr="00CC4C99">
              <w:rPr>
                <w:rFonts w:ascii="Arial" w:eastAsia="Calibri" w:hAnsi="Arial" w:cs="Arial"/>
                <w:color w:val="auto"/>
              </w:rPr>
              <w:br/>
              <w:t xml:space="preserve"> 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...................</w:t>
            </w:r>
            <w:r w:rsidR="00E743A8" w:rsidRPr="00CC4C99">
              <w:rPr>
                <w:rFonts w:ascii="Arial" w:eastAsia="Calibri" w:hAnsi="Arial" w:cs="Arial"/>
                <w:color w:val="auto"/>
              </w:rPr>
              <w:t>.</w:t>
            </w:r>
          </w:p>
        </w:tc>
      </w:tr>
      <w:tr w:rsidR="00A302E2" w:rsidRPr="00CC4C99" w14:paraId="0944E7EF" w14:textId="77777777"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56EB3" w14:textId="2A7F4936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proofErr w:type="spellStart"/>
            <w:r w:rsidRPr="00CC4C99">
              <w:rPr>
                <w:rFonts w:ascii="Arial" w:eastAsia="Calibri" w:hAnsi="Arial" w:cs="Arial"/>
                <w:b/>
                <w:color w:val="auto"/>
              </w:rPr>
              <w:t>Telepon</w:t>
            </w:r>
            <w:proofErr w:type="spellEnd"/>
            <w:r w:rsidRPr="00CC4C99">
              <w:rPr>
                <w:rFonts w:ascii="Arial" w:eastAsia="Calibri" w:hAnsi="Arial" w:cs="Arial"/>
                <w:b/>
                <w:color w:val="auto"/>
              </w:rPr>
              <w:t xml:space="preserve"> dan surat elektronik</w:t>
            </w:r>
          </w:p>
        </w:tc>
        <w:tc>
          <w:tcPr>
            <w:tcW w:w="65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482A5" w14:textId="64CF893E" w:rsidR="00A72B38" w:rsidRPr="00CC4C99" w:rsidRDefault="00000000" w:rsidP="00541130">
            <w:pPr>
              <w:keepLines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CC4C99">
              <w:rPr>
                <w:rFonts w:ascii="Arial" w:eastAsia="Calibri" w:hAnsi="Arial" w:cs="Arial"/>
                <w:color w:val="auto"/>
              </w:rPr>
              <w:t>:  ................................................................................</w:t>
            </w:r>
            <w:r w:rsidR="00A302E2" w:rsidRPr="00CC4C99">
              <w:rPr>
                <w:rFonts w:ascii="Arial" w:eastAsia="Calibri" w:hAnsi="Arial" w:cs="Arial"/>
                <w:color w:val="auto"/>
              </w:rPr>
              <w:t>..................</w:t>
            </w:r>
          </w:p>
        </w:tc>
      </w:tr>
    </w:tbl>
    <w:p w14:paraId="33827632" w14:textId="77777777" w:rsidR="00A72B38" w:rsidRPr="00CC4C99" w:rsidRDefault="00A72B38">
      <w:pPr>
        <w:spacing w:after="60"/>
        <w:rPr>
          <w:rFonts w:ascii="Arial" w:hAnsi="Arial" w:cs="Arial"/>
        </w:rPr>
      </w:pPr>
    </w:p>
    <w:p w14:paraId="2EFD22BF" w14:textId="77777777" w:rsidR="00A72B38" w:rsidRPr="00CC4C99" w:rsidRDefault="00000000">
      <w:pPr>
        <w:keepLines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kedudukan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tersebut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di </w:t>
      </w:r>
      <w:proofErr w:type="spellStart"/>
      <w:r w:rsidRPr="00CC4C99">
        <w:rPr>
          <w:rFonts w:ascii="Arial" w:eastAsia="Calibri" w:hAnsi="Arial" w:cs="Arial"/>
          <w:color w:val="auto"/>
        </w:rPr>
        <w:t>atas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sehubungan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permohonan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badan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kami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r w:rsidRPr="00CC4C99">
        <w:rPr>
          <w:rFonts w:ascii="Arial" w:eastAsia="Calibri" w:hAnsi="Arial" w:cs="Arial"/>
          <w:b/>
          <w:bCs/>
          <w:color w:val="auto"/>
        </w:rPr>
        <w:t xml:space="preserve">Daftar </w:t>
      </w:r>
      <w:proofErr w:type="spellStart"/>
      <w:r w:rsidRPr="00CC4C99">
        <w:rPr>
          <w:rFonts w:ascii="Arial" w:eastAsia="Calibri" w:hAnsi="Arial" w:cs="Arial"/>
          <w:b/>
          <w:bCs/>
          <w:color w:val="auto"/>
        </w:rPr>
        <w:t>Penyedia</w:t>
      </w:r>
      <w:proofErr w:type="spellEnd"/>
      <w:r w:rsidRPr="00CC4C99">
        <w:rPr>
          <w:rFonts w:ascii="Arial" w:eastAsia="Calibri" w:hAnsi="Arial" w:cs="Arial"/>
          <w:b/>
          <w:bCs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b/>
          <w:bCs/>
          <w:color w:val="auto"/>
        </w:rPr>
        <w:t>Terpilih</w:t>
      </w:r>
      <w:proofErr w:type="spellEnd"/>
      <w:r w:rsidRPr="00CC4C99">
        <w:rPr>
          <w:rFonts w:ascii="Arial" w:eastAsia="Calibri" w:hAnsi="Arial" w:cs="Arial"/>
          <w:b/>
          <w:bCs/>
          <w:color w:val="auto"/>
        </w:rPr>
        <w:t xml:space="preserve"> (DPT) BLU Universitas </w:t>
      </w:r>
      <w:proofErr w:type="spellStart"/>
      <w:r w:rsidRPr="00CC4C99">
        <w:rPr>
          <w:rFonts w:ascii="Arial" w:eastAsia="Calibri" w:hAnsi="Arial" w:cs="Arial"/>
          <w:b/>
          <w:bCs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menyatakan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bahwa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kami </w:t>
      </w:r>
      <w:proofErr w:type="spellStart"/>
      <w:r w:rsidRPr="00CC4C99">
        <w:rPr>
          <w:rFonts w:ascii="Arial" w:eastAsia="Calibri" w:hAnsi="Arial" w:cs="Arial"/>
          <w:color w:val="auto"/>
        </w:rPr>
        <w:t>telah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membaca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memahami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bersedia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tunduk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pada </w:t>
      </w:r>
      <w:proofErr w:type="spellStart"/>
      <w:r w:rsidRPr="00CC4C99">
        <w:rPr>
          <w:rFonts w:ascii="Arial" w:eastAsia="Calibri" w:hAnsi="Arial" w:cs="Arial"/>
          <w:color w:val="auto"/>
        </w:rPr>
        <w:t>ketentuan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berikut</w:t>
      </w:r>
      <w:proofErr w:type="spellEnd"/>
      <w:r w:rsidRPr="00CC4C99">
        <w:rPr>
          <w:rFonts w:ascii="Arial" w:eastAsia="Calibri" w:hAnsi="Arial" w:cs="Arial"/>
          <w:color w:val="auto"/>
        </w:rPr>
        <w:t>:</w:t>
      </w:r>
    </w:p>
    <w:p w14:paraId="402AD746" w14:textId="77777777" w:rsidR="00A72B38" w:rsidRPr="00CC4C99" w:rsidRDefault="00000000" w:rsidP="00B81498">
      <w:pPr>
        <w:keepLines/>
        <w:numPr>
          <w:ilvl w:val="0"/>
          <w:numId w:val="1"/>
        </w:numPr>
        <w:tabs>
          <w:tab w:val="clear" w:pos="720"/>
        </w:tabs>
        <w:spacing w:after="8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Peraturan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Rektor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Nomor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 </w:t>
      </w:r>
      <w:proofErr w:type="spellStart"/>
      <w:r w:rsidRPr="00CC4C99">
        <w:rPr>
          <w:rFonts w:ascii="Arial" w:eastAsia="Calibri" w:hAnsi="Arial" w:cs="Arial"/>
          <w:color w:val="auto"/>
        </w:rPr>
        <w:t>Tahun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2026 </w:t>
      </w:r>
      <w:proofErr w:type="spellStart"/>
      <w:r w:rsidRPr="00CC4C99">
        <w:rPr>
          <w:rFonts w:ascii="Arial" w:eastAsia="Calibri" w:hAnsi="Arial" w:cs="Arial"/>
          <w:color w:val="auto"/>
        </w:rPr>
        <w:t>tentang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Pedoman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Barang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/Jasa Badan </w:t>
      </w:r>
      <w:proofErr w:type="spellStart"/>
      <w:r w:rsidRPr="00CC4C99">
        <w:rPr>
          <w:rFonts w:ascii="Arial" w:eastAsia="Calibri" w:hAnsi="Arial" w:cs="Arial"/>
          <w:color w:val="auto"/>
        </w:rPr>
        <w:t>Layanan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Umum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khususnya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Pasal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5, </w:t>
      </w:r>
      <w:proofErr w:type="spellStart"/>
      <w:r w:rsidRPr="00CC4C99">
        <w:rPr>
          <w:rFonts w:ascii="Arial" w:eastAsia="Calibri" w:hAnsi="Arial" w:cs="Arial"/>
          <w:color w:val="auto"/>
        </w:rPr>
        <w:t>Pasal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6, Pasal 13, Pasal 14, Pasal 23, Pasal 35, Pasal 40, Pasal 43, Pasal 53, </w:t>
      </w:r>
      <w:proofErr w:type="spellStart"/>
      <w:r w:rsidRPr="00CC4C99">
        <w:rPr>
          <w:rFonts w:ascii="Arial" w:eastAsia="Calibri" w:hAnsi="Arial" w:cs="Arial"/>
          <w:color w:val="auto"/>
        </w:rPr>
        <w:t>Pasal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57,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Lampiran I dan Lampiran III;</w:t>
      </w:r>
    </w:p>
    <w:p w14:paraId="469162C2" w14:textId="77777777" w:rsidR="00A72B38" w:rsidRPr="00CC4C99" w:rsidRDefault="00000000" w:rsidP="00B81498">
      <w:pPr>
        <w:keepLines/>
        <w:numPr>
          <w:ilvl w:val="0"/>
          <w:numId w:val="1"/>
        </w:numPr>
        <w:tabs>
          <w:tab w:val="clear" w:pos="720"/>
        </w:tabs>
        <w:spacing w:after="8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Peraturan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Presiden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Nomor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16 </w:t>
      </w:r>
      <w:proofErr w:type="spellStart"/>
      <w:r w:rsidRPr="00CC4C99">
        <w:rPr>
          <w:rFonts w:ascii="Arial" w:eastAsia="Calibri" w:hAnsi="Arial" w:cs="Arial"/>
          <w:color w:val="auto"/>
        </w:rPr>
        <w:t>Tahun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2018 </w:t>
      </w:r>
      <w:proofErr w:type="spellStart"/>
      <w:r w:rsidRPr="00CC4C99">
        <w:rPr>
          <w:rFonts w:ascii="Arial" w:eastAsia="Calibri" w:hAnsi="Arial" w:cs="Arial"/>
          <w:color w:val="auto"/>
        </w:rPr>
        <w:t>tentang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Barang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/Jasa </w:t>
      </w:r>
      <w:proofErr w:type="spellStart"/>
      <w:r w:rsidRPr="00CC4C99">
        <w:rPr>
          <w:rFonts w:ascii="Arial" w:eastAsia="Calibri" w:hAnsi="Arial" w:cs="Arial"/>
          <w:color w:val="auto"/>
        </w:rPr>
        <w:t>Pemerintah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sebagaimana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telah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diubah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terakhir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Presiden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Nomor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46 </w:t>
      </w:r>
      <w:proofErr w:type="spellStart"/>
      <w:r w:rsidRPr="00CC4C99">
        <w:rPr>
          <w:rFonts w:ascii="Arial" w:eastAsia="Calibri" w:hAnsi="Arial" w:cs="Arial"/>
          <w:color w:val="auto"/>
        </w:rPr>
        <w:t>Tahun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2025, </w:t>
      </w:r>
      <w:proofErr w:type="spellStart"/>
      <w:r w:rsidRPr="00CC4C99">
        <w:rPr>
          <w:rFonts w:ascii="Arial" w:eastAsia="Calibri" w:hAnsi="Arial" w:cs="Arial"/>
          <w:color w:val="auto"/>
        </w:rPr>
        <w:t>sepanjang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relevan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bertentangan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khusus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BLU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>; dan</w:t>
      </w:r>
    </w:p>
    <w:p w14:paraId="0EEF96B0" w14:textId="077CF725" w:rsidR="00A72B38" w:rsidRPr="00CC4C99" w:rsidRDefault="00000000" w:rsidP="00B81498">
      <w:pPr>
        <w:keepLines/>
        <w:numPr>
          <w:ilvl w:val="0"/>
          <w:numId w:val="1"/>
        </w:numPr>
        <w:tabs>
          <w:tab w:val="clear" w:pos="720"/>
        </w:tabs>
        <w:spacing w:after="8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Peraturan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Lembaga </w:t>
      </w:r>
      <w:proofErr w:type="spellStart"/>
      <w:r w:rsidRPr="00CC4C99">
        <w:rPr>
          <w:rFonts w:ascii="Arial" w:eastAsia="Calibri" w:hAnsi="Arial" w:cs="Arial"/>
          <w:color w:val="auto"/>
        </w:rPr>
        <w:t>Kebijakan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Barang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/Jasa </w:t>
      </w:r>
      <w:proofErr w:type="spellStart"/>
      <w:r w:rsidRPr="00CC4C99">
        <w:rPr>
          <w:rFonts w:ascii="Arial" w:eastAsia="Calibri" w:hAnsi="Arial" w:cs="Arial"/>
          <w:color w:val="auto"/>
        </w:rPr>
        <w:t>Pemerintah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Nomor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4 </w:t>
      </w:r>
      <w:proofErr w:type="spellStart"/>
      <w:r w:rsidRPr="00CC4C99">
        <w:rPr>
          <w:rFonts w:ascii="Arial" w:eastAsia="Calibri" w:hAnsi="Arial" w:cs="Arial"/>
          <w:color w:val="auto"/>
        </w:rPr>
        <w:t>Tahun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2021 </w:t>
      </w:r>
      <w:proofErr w:type="spellStart"/>
      <w:r w:rsidRPr="00CC4C99">
        <w:rPr>
          <w:rFonts w:ascii="Arial" w:eastAsia="Calibri" w:hAnsi="Arial" w:cs="Arial"/>
          <w:color w:val="auto"/>
        </w:rPr>
        <w:t>tentang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Pembinaan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Pelaku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Usaha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Barang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/Jasa </w:t>
      </w:r>
      <w:proofErr w:type="spellStart"/>
      <w:r w:rsidRPr="00CC4C99">
        <w:rPr>
          <w:rFonts w:ascii="Arial" w:eastAsia="Calibri" w:hAnsi="Arial" w:cs="Arial"/>
          <w:color w:val="auto"/>
        </w:rPr>
        <w:t>Pemerintah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khususnya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penilaian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kinerja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tata </w:t>
      </w:r>
      <w:proofErr w:type="spellStart"/>
      <w:r w:rsidRPr="00CC4C99">
        <w:rPr>
          <w:rFonts w:ascii="Arial" w:eastAsia="Calibri" w:hAnsi="Arial" w:cs="Arial"/>
          <w:color w:val="auto"/>
        </w:rPr>
        <w:t>cara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pengenaan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Sanksi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Daftar </w:t>
      </w:r>
      <w:proofErr w:type="spellStart"/>
      <w:r w:rsidRPr="00CC4C99">
        <w:rPr>
          <w:rFonts w:ascii="Arial" w:eastAsia="Calibri" w:hAnsi="Arial" w:cs="Arial"/>
          <w:color w:val="auto"/>
        </w:rPr>
        <w:t>Hitam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sepanjang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berlaku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relevan</w:t>
      </w:r>
      <w:proofErr w:type="spellEnd"/>
      <w:r w:rsidRPr="00CC4C99">
        <w:rPr>
          <w:rFonts w:ascii="Arial" w:eastAsia="Calibri" w:hAnsi="Arial" w:cs="Arial"/>
          <w:color w:val="auto"/>
        </w:rPr>
        <w:t>.</w:t>
      </w:r>
    </w:p>
    <w:p w14:paraId="187484FA" w14:textId="77777777" w:rsidR="00A72B38" w:rsidRPr="00CC4C99" w:rsidRDefault="00000000">
      <w:pPr>
        <w:keepNext/>
        <w:keepLines/>
        <w:spacing w:before="40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b/>
          <w:color w:val="auto"/>
        </w:rPr>
        <w:t>Berdasarkan</w:t>
      </w:r>
      <w:proofErr w:type="spellEnd"/>
      <w:r w:rsidRPr="00CC4C99">
        <w:rPr>
          <w:rFonts w:ascii="Arial" w:eastAsia="Calibri" w:hAnsi="Arial" w:cs="Arial"/>
          <w:b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b/>
          <w:color w:val="auto"/>
        </w:rPr>
        <w:t>hal</w:t>
      </w:r>
      <w:proofErr w:type="spellEnd"/>
      <w:r w:rsidRPr="00CC4C99">
        <w:rPr>
          <w:rFonts w:ascii="Arial" w:eastAsia="Calibri" w:hAnsi="Arial" w:cs="Arial"/>
          <w:b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b/>
          <w:color w:val="auto"/>
        </w:rPr>
        <w:t>tersebut</w:t>
      </w:r>
      <w:proofErr w:type="spellEnd"/>
      <w:r w:rsidRPr="00CC4C99">
        <w:rPr>
          <w:rFonts w:ascii="Arial" w:eastAsia="Calibri" w:hAnsi="Arial" w:cs="Arial"/>
          <w:b/>
          <w:color w:val="auto"/>
        </w:rPr>
        <w:t>,</w:t>
      </w:r>
      <w:r w:rsidRPr="00CC4C99">
        <w:rPr>
          <w:rFonts w:ascii="Arial" w:eastAsia="Calibri" w:hAnsi="Arial" w:cs="Arial"/>
          <w:color w:val="auto"/>
        </w:rPr>
        <w:t xml:space="preserve"> kami </w:t>
      </w:r>
      <w:proofErr w:type="spellStart"/>
      <w:r w:rsidRPr="00CC4C99">
        <w:rPr>
          <w:rFonts w:ascii="Arial" w:eastAsia="Calibri" w:hAnsi="Arial" w:cs="Arial"/>
          <w:color w:val="auto"/>
        </w:rPr>
        <w:t>menyatakan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berkomitmen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untuk</w:t>
      </w:r>
      <w:proofErr w:type="spellEnd"/>
      <w:r w:rsidRPr="00CC4C99">
        <w:rPr>
          <w:rFonts w:ascii="Arial" w:eastAsia="Calibri" w:hAnsi="Arial" w:cs="Arial"/>
          <w:color w:val="auto"/>
        </w:rPr>
        <w:t>:</w:t>
      </w:r>
    </w:p>
    <w:p w14:paraId="2B092BE8" w14:textId="04B4D702" w:rsidR="00F84923" w:rsidRPr="00CC4C99" w:rsidRDefault="00000000" w:rsidP="00F84923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menyampaikan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seluruh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dokumen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data, dan </w:t>
      </w:r>
      <w:proofErr w:type="spellStart"/>
      <w:r w:rsidRPr="00CC4C99">
        <w:rPr>
          <w:rFonts w:ascii="Arial" w:eastAsia="Calibri" w:hAnsi="Arial" w:cs="Arial"/>
          <w:color w:val="auto"/>
        </w:rPr>
        <w:t>informasi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secara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benar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lengkap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autentik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terkini</w:t>
      </w:r>
      <w:proofErr w:type="spellEnd"/>
      <w:r w:rsidR="00F84923" w:rsidRPr="00CC4C99">
        <w:rPr>
          <w:rFonts w:ascii="Arial" w:eastAsia="Calibri" w:hAnsi="Arial" w:cs="Arial"/>
          <w:color w:val="auto"/>
        </w:rPr>
        <w:t xml:space="preserve"> (</w:t>
      </w:r>
      <w:proofErr w:type="spellStart"/>
      <w:r w:rsidR="00F84923" w:rsidRPr="00CC4C99">
        <w:rPr>
          <w:rFonts w:ascii="Arial" w:eastAsia="Calibri" w:hAnsi="Arial" w:cs="Arial"/>
          <w:color w:val="auto"/>
        </w:rPr>
        <w:t>tahun</w:t>
      </w:r>
      <w:proofErr w:type="spellEnd"/>
      <w:r w:rsidR="00F84923"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="00F84923" w:rsidRPr="00CC4C99">
        <w:rPr>
          <w:rFonts w:ascii="Arial" w:eastAsia="Calibri" w:hAnsi="Arial" w:cs="Arial"/>
          <w:color w:val="auto"/>
        </w:rPr>
        <w:t>berjalan</w:t>
      </w:r>
      <w:proofErr w:type="spellEnd"/>
      <w:r w:rsidR="00F84923" w:rsidRPr="00CC4C99">
        <w:rPr>
          <w:rFonts w:ascii="Arial" w:eastAsia="Calibri" w:hAnsi="Arial" w:cs="Arial"/>
          <w:color w:val="auto"/>
        </w:rPr>
        <w:t>)</w:t>
      </w:r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dapat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dipertanggungjawabkan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membuat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menggunakan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menyampaikan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dokumen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maupun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keterangan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palsu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benar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27235141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menjamin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bahwa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penandatangan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pernyataan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setiap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pihak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bertindak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untuk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badan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memiliki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kewenangan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sah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akta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anggaran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dasar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surat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kuasa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ketentuan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perundang-undangan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10F0E104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lastRenderedPageBreak/>
        <w:t>memenuhi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mempertahankan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persyaratan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kualifikasi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bidang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termasuk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legalitas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kemampuan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teknis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manajerial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sumber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perpajakan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pengalaman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alamat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status </w:t>
      </w:r>
      <w:proofErr w:type="spellStart"/>
      <w:r w:rsidRPr="00CC4C99">
        <w:rPr>
          <w:rFonts w:ascii="Arial" w:eastAsia="Calibri" w:hAnsi="Arial" w:cs="Arial"/>
          <w:color w:val="auto"/>
        </w:rPr>
        <w:t>hukum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badan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berada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Daftar </w:t>
      </w:r>
      <w:proofErr w:type="spellStart"/>
      <w:r w:rsidRPr="00CC4C99">
        <w:rPr>
          <w:rFonts w:ascii="Arial" w:eastAsia="Calibri" w:hAnsi="Arial" w:cs="Arial"/>
          <w:color w:val="auto"/>
        </w:rPr>
        <w:t>Hitam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Pemerintah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BUMN/BUMD, </w:t>
      </w:r>
      <w:proofErr w:type="spellStart"/>
      <w:r w:rsidRPr="00CC4C99">
        <w:rPr>
          <w:rFonts w:ascii="Arial" w:eastAsia="Calibri" w:hAnsi="Arial" w:cs="Arial"/>
          <w:color w:val="auto"/>
        </w:rPr>
        <w:t>swasta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daftar </w:t>
      </w:r>
      <w:proofErr w:type="spellStart"/>
      <w:r w:rsidRPr="00CC4C99">
        <w:rPr>
          <w:rFonts w:ascii="Arial" w:eastAsia="Calibri" w:hAnsi="Arial" w:cs="Arial"/>
          <w:color w:val="auto"/>
        </w:rPr>
        <w:t>hitam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lain yang </w:t>
      </w:r>
      <w:proofErr w:type="spellStart"/>
      <w:r w:rsidRPr="00CC4C99">
        <w:rPr>
          <w:rFonts w:ascii="Arial" w:eastAsia="Calibri" w:hAnsi="Arial" w:cs="Arial"/>
          <w:color w:val="auto"/>
        </w:rPr>
        <w:t>dipersyaratkan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dan </w:t>
      </w:r>
      <w:proofErr w:type="spellStart"/>
      <w:r w:rsidRPr="00CC4C99">
        <w:rPr>
          <w:rFonts w:ascii="Arial" w:eastAsia="Calibri" w:hAnsi="Arial" w:cs="Arial"/>
          <w:color w:val="auto"/>
        </w:rPr>
        <w:t>segera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memberitahukan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kepada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ULPBJ BLU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apabila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terjadi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perubahan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kondisi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tersebut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03F504FD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memperbarui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data </w:t>
      </w:r>
      <w:proofErr w:type="spellStart"/>
      <w:r w:rsidRPr="00CC4C99">
        <w:rPr>
          <w:rFonts w:ascii="Arial" w:eastAsia="Calibri" w:hAnsi="Arial" w:cs="Arial"/>
          <w:color w:val="auto"/>
        </w:rPr>
        <w:t>perusahaan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melalui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Aplikasi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Barang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/Jasa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dan/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menyampaikannya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kepada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ULPBJ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mekanisme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waktu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ditetapkan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bertanggung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jawab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seluruh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data, </w:t>
      </w:r>
      <w:proofErr w:type="spellStart"/>
      <w:r w:rsidRPr="00CC4C99">
        <w:rPr>
          <w:rFonts w:ascii="Arial" w:eastAsia="Calibri" w:hAnsi="Arial" w:cs="Arial"/>
          <w:color w:val="auto"/>
        </w:rPr>
        <w:t>informasi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akibat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hukum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menyertainya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69CD09AB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memberikan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persetujuan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kepada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ULPBJ/</w:t>
      </w:r>
      <w:proofErr w:type="spellStart"/>
      <w:r w:rsidRPr="00CC4C99">
        <w:rPr>
          <w:rFonts w:ascii="Arial" w:eastAsia="Calibri" w:hAnsi="Arial" w:cs="Arial"/>
          <w:color w:val="auto"/>
        </w:rPr>
        <w:t>Verifikator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 </w:t>
      </w:r>
      <w:proofErr w:type="spellStart"/>
      <w:r w:rsidRPr="00CC4C99">
        <w:rPr>
          <w:rFonts w:ascii="Arial" w:eastAsia="Calibri" w:hAnsi="Arial" w:cs="Arial"/>
          <w:color w:val="auto"/>
        </w:rPr>
        <w:t>untuk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melakukan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autentikasi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konfirmasi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kepada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instansi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penerbit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klarifikasi</w:t>
      </w:r>
      <w:proofErr w:type="spellEnd"/>
      <w:r w:rsidRPr="00CC4C99">
        <w:rPr>
          <w:rFonts w:ascii="Arial" w:eastAsia="Calibri" w:hAnsi="Arial" w:cs="Arial"/>
          <w:color w:val="auto"/>
        </w:rPr>
        <w:t>, dan/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verifikasi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lapangan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guna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memastikan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kebenaran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keabsahan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dokumen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kondisi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perusahaan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79F8C1F4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mematuhi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prinsip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efisien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ekonomis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efektif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transparan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adil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diskriminatif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akuntabel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berdasarkan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praktik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bisnis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sehat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5735AFDD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menjaga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integritas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etika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melakukan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persekongkolan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harga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korupsi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kolusi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nepotisme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penyuapan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pemberian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hadiah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imbalan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benturan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kepentingan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penyalahgunaan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informasi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ataupun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upaya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memengaruhi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pihak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Unpatti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pihak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lain yang </w:t>
      </w:r>
      <w:proofErr w:type="spellStart"/>
      <w:r w:rsidRPr="00CC4C99">
        <w:rPr>
          <w:rFonts w:ascii="Arial" w:eastAsia="Calibri" w:hAnsi="Arial" w:cs="Arial"/>
          <w:color w:val="auto"/>
        </w:rPr>
        <w:t>dapat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menimbulkan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persaingan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sehat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41A8A5CD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mematuhi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PERTOR </w:t>
      </w:r>
      <w:proofErr w:type="spellStart"/>
      <w:r w:rsidRPr="00CC4C99">
        <w:rPr>
          <w:rFonts w:ascii="Arial" w:eastAsia="Calibri" w:hAnsi="Arial" w:cs="Arial"/>
          <w:color w:val="auto"/>
        </w:rPr>
        <w:t>Unpatti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dokumen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pemilihan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ketentuan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penggunaan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aplikasi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elektronik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berita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acara/</w:t>
      </w:r>
      <w:proofErr w:type="spellStart"/>
      <w:r w:rsidRPr="00CC4C99">
        <w:rPr>
          <w:rFonts w:ascii="Arial" w:eastAsia="Calibri" w:hAnsi="Arial" w:cs="Arial"/>
          <w:color w:val="auto"/>
        </w:rPr>
        <w:t>klarifikasi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mengikat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SPPBJ, </w:t>
      </w:r>
      <w:proofErr w:type="spellStart"/>
      <w:r w:rsidRPr="00CC4C99">
        <w:rPr>
          <w:rFonts w:ascii="Arial" w:eastAsia="Calibri" w:hAnsi="Arial" w:cs="Arial"/>
          <w:color w:val="auto"/>
        </w:rPr>
        <w:t>kontrak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ketentuan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peraturan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perundang-undangan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berlaku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7DED6E41" w14:textId="77777777" w:rsidR="00A72B38" w:rsidRPr="00CC4C99" w:rsidRDefault="00000000" w:rsidP="00B81498">
      <w:pPr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menerima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bahwa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pencantuman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sendirinya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menjamin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undangan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penetapan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sebagai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pemenang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pemberian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kontrak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. </w:t>
      </w:r>
      <w:proofErr w:type="spellStart"/>
      <w:r w:rsidRPr="00CC4C99">
        <w:rPr>
          <w:rFonts w:ascii="Arial" w:eastAsia="Calibri" w:hAnsi="Arial" w:cs="Arial"/>
          <w:color w:val="auto"/>
        </w:rPr>
        <w:t>Penyaringan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calon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Penyedia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dapat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dilakukan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secara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objektif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berdasarkan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kesesuaian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bidang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kualifikasi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pengalaman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kapasitas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rekam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jejak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hasil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penilaian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kinerja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riwayat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sanksi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kebutuhan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paket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>;</w:t>
      </w:r>
    </w:p>
    <w:p w14:paraId="0CA87B7D" w14:textId="77777777" w:rsidR="00A72B38" w:rsidRPr="00CC4C99" w:rsidRDefault="00000000" w:rsidP="00B81498">
      <w:pPr>
        <w:keepNext/>
        <w:keepLines/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apabila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ditetapkan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sebagai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Penyedia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melaksanakan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kontrak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secara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profesional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bertanggung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jawab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kualitas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kuantitas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/volume, </w:t>
      </w:r>
      <w:proofErr w:type="spellStart"/>
      <w:r w:rsidRPr="00CC4C99">
        <w:rPr>
          <w:rFonts w:ascii="Arial" w:eastAsia="Calibri" w:hAnsi="Arial" w:cs="Arial"/>
          <w:color w:val="auto"/>
        </w:rPr>
        <w:t>biaya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ketepatan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waktu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tempat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penyerahan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layanan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masa </w:t>
      </w:r>
      <w:proofErr w:type="spellStart"/>
      <w:r w:rsidRPr="00CC4C99">
        <w:rPr>
          <w:rFonts w:ascii="Arial" w:eastAsia="Calibri" w:hAnsi="Arial" w:cs="Arial"/>
          <w:color w:val="auto"/>
        </w:rPr>
        <w:t>pemeliharaan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garansi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kewajiban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lain yang </w:t>
      </w:r>
      <w:proofErr w:type="spellStart"/>
      <w:r w:rsidRPr="00CC4C99">
        <w:rPr>
          <w:rFonts w:ascii="Arial" w:eastAsia="Calibri" w:hAnsi="Arial" w:cs="Arial"/>
          <w:color w:val="auto"/>
        </w:rPr>
        <w:t>ditetapkan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kontrak</w:t>
      </w:r>
      <w:proofErr w:type="spellEnd"/>
      <w:r w:rsidRPr="00CC4C99">
        <w:rPr>
          <w:rFonts w:ascii="Arial" w:eastAsia="Calibri" w:hAnsi="Arial" w:cs="Arial"/>
          <w:color w:val="auto"/>
        </w:rPr>
        <w:t>; dan</w:t>
      </w:r>
    </w:p>
    <w:p w14:paraId="3696230F" w14:textId="77777777" w:rsidR="00A72B38" w:rsidRPr="00CC4C99" w:rsidRDefault="00000000" w:rsidP="00B81498">
      <w:pPr>
        <w:keepLines/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menerima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evaluasi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 dan </w:t>
      </w:r>
      <w:proofErr w:type="spellStart"/>
      <w:r w:rsidRPr="00CC4C99">
        <w:rPr>
          <w:rFonts w:ascii="Arial" w:eastAsia="Calibri" w:hAnsi="Arial" w:cs="Arial"/>
          <w:color w:val="auto"/>
        </w:rPr>
        <w:t>penilaian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kinerja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secara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berkala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penggunaan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profil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Penyedia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data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pengalaman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kinerja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sanksi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sebagai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referensi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pengambilan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keputusan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penyaringan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calon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Penyedia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pada </w:t>
      </w:r>
      <w:proofErr w:type="spellStart"/>
      <w:r w:rsidRPr="00CC4C99">
        <w:rPr>
          <w:rFonts w:ascii="Arial" w:eastAsia="Calibri" w:hAnsi="Arial" w:cs="Arial"/>
          <w:color w:val="auto"/>
        </w:rPr>
        <w:t>pengadaan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berikutnya</w:t>
      </w:r>
      <w:proofErr w:type="spellEnd"/>
      <w:r w:rsidRPr="00CC4C99">
        <w:rPr>
          <w:rFonts w:ascii="Arial" w:eastAsia="Calibri" w:hAnsi="Arial" w:cs="Arial"/>
          <w:color w:val="auto"/>
        </w:rPr>
        <w:t>.</w:t>
      </w:r>
    </w:p>
    <w:p w14:paraId="6853D2A6" w14:textId="426C8E66" w:rsidR="00B81498" w:rsidRPr="00CC4C99" w:rsidRDefault="00B81498" w:rsidP="00B81498">
      <w:pPr>
        <w:keepLines/>
        <w:numPr>
          <w:ilvl w:val="0"/>
          <w:numId w:val="1"/>
        </w:numPr>
        <w:tabs>
          <w:tab w:val="clear" w:pos="720"/>
        </w:tabs>
        <w:spacing w:after="100"/>
        <w:ind w:left="426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hAnsi="Arial" w:cs="Arial"/>
          <w:color w:val="auto"/>
        </w:rPr>
        <w:t>mengakui</w:t>
      </w:r>
      <w:proofErr w:type="spellEnd"/>
      <w:r w:rsidRPr="00CC4C99">
        <w:rPr>
          <w:rFonts w:ascii="Arial" w:hAnsi="Arial" w:cs="Arial"/>
          <w:color w:val="auto"/>
        </w:rPr>
        <w:t xml:space="preserve"> dan </w:t>
      </w:r>
      <w:proofErr w:type="spellStart"/>
      <w:r w:rsidRPr="00CC4C99">
        <w:rPr>
          <w:rFonts w:ascii="Arial" w:hAnsi="Arial" w:cs="Arial"/>
          <w:color w:val="auto"/>
        </w:rPr>
        <w:t>menghormati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kewenangan</w:t>
      </w:r>
      <w:proofErr w:type="spellEnd"/>
      <w:r w:rsidRPr="00CC4C99">
        <w:rPr>
          <w:rFonts w:ascii="Arial" w:hAnsi="Arial" w:cs="Arial"/>
          <w:color w:val="auto"/>
        </w:rPr>
        <w:t xml:space="preserve"> ULPBJ dan </w:t>
      </w:r>
      <w:proofErr w:type="spellStart"/>
      <w:r w:rsidRPr="00CC4C99">
        <w:rPr>
          <w:rFonts w:ascii="Arial" w:hAnsi="Arial" w:cs="Arial"/>
          <w:color w:val="auto"/>
        </w:rPr>
        <w:t>Verifikator</w:t>
      </w:r>
      <w:proofErr w:type="spellEnd"/>
      <w:r w:rsidRPr="00CC4C99">
        <w:rPr>
          <w:rFonts w:ascii="Arial" w:hAnsi="Arial" w:cs="Arial"/>
          <w:color w:val="auto"/>
        </w:rPr>
        <w:t xml:space="preserve"> DPT </w:t>
      </w:r>
      <w:proofErr w:type="spellStart"/>
      <w:r w:rsidRPr="00CC4C99">
        <w:rPr>
          <w:rFonts w:ascii="Arial" w:hAnsi="Arial" w:cs="Arial"/>
          <w:color w:val="auto"/>
        </w:rPr>
        <w:t>sesuai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tugas</w:t>
      </w:r>
      <w:proofErr w:type="spellEnd"/>
      <w:r w:rsidRPr="00CC4C99">
        <w:rPr>
          <w:rFonts w:ascii="Arial" w:hAnsi="Arial" w:cs="Arial"/>
          <w:color w:val="auto"/>
        </w:rPr>
        <w:t xml:space="preserve"> dan </w:t>
      </w:r>
      <w:proofErr w:type="spellStart"/>
      <w:r w:rsidRPr="00CC4C99">
        <w:rPr>
          <w:rFonts w:ascii="Arial" w:hAnsi="Arial" w:cs="Arial"/>
          <w:color w:val="auto"/>
        </w:rPr>
        <w:t>kewenangannya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untuk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melakukan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verifikasi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autentikasi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klarifikasi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evaluasi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penilaian</w:t>
      </w:r>
      <w:proofErr w:type="spellEnd"/>
      <w:r w:rsidRPr="00CC4C99">
        <w:rPr>
          <w:rFonts w:ascii="Arial" w:hAnsi="Arial" w:cs="Arial"/>
          <w:color w:val="auto"/>
        </w:rPr>
        <w:t xml:space="preserve">, dan </w:t>
      </w:r>
      <w:proofErr w:type="spellStart"/>
      <w:r w:rsidRPr="00CC4C99">
        <w:rPr>
          <w:rFonts w:ascii="Arial" w:hAnsi="Arial" w:cs="Arial"/>
          <w:color w:val="auto"/>
        </w:rPr>
        <w:t>memberikan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rekomendasi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atas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pendaftaran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maupun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keberlanjutan</w:t>
      </w:r>
      <w:proofErr w:type="spellEnd"/>
      <w:r w:rsidRPr="00CC4C99">
        <w:rPr>
          <w:rFonts w:ascii="Arial" w:hAnsi="Arial" w:cs="Arial"/>
          <w:color w:val="auto"/>
        </w:rPr>
        <w:t xml:space="preserve"> status </w:t>
      </w:r>
      <w:proofErr w:type="spellStart"/>
      <w:r w:rsidRPr="00CC4C99">
        <w:rPr>
          <w:rFonts w:ascii="Arial" w:hAnsi="Arial" w:cs="Arial"/>
          <w:color w:val="auto"/>
        </w:rPr>
        <w:t>Penyedia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dalam</w:t>
      </w:r>
      <w:proofErr w:type="spellEnd"/>
      <w:r w:rsidRPr="00CC4C99">
        <w:rPr>
          <w:rFonts w:ascii="Arial" w:hAnsi="Arial" w:cs="Arial"/>
          <w:color w:val="auto"/>
        </w:rPr>
        <w:t xml:space="preserve"> DPT, </w:t>
      </w:r>
      <w:proofErr w:type="spellStart"/>
      <w:r w:rsidRPr="00CC4C99">
        <w:rPr>
          <w:rFonts w:ascii="Arial" w:hAnsi="Arial" w:cs="Arial"/>
          <w:color w:val="auto"/>
        </w:rPr>
        <w:t>serta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kewenangan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pejabat</w:t>
      </w:r>
      <w:proofErr w:type="spellEnd"/>
      <w:r w:rsidRPr="00CC4C99">
        <w:rPr>
          <w:rFonts w:ascii="Arial" w:hAnsi="Arial" w:cs="Arial"/>
          <w:color w:val="auto"/>
        </w:rPr>
        <w:t xml:space="preserve"> yang </w:t>
      </w:r>
      <w:proofErr w:type="spellStart"/>
      <w:r w:rsidRPr="00CC4C99">
        <w:rPr>
          <w:rFonts w:ascii="Arial" w:hAnsi="Arial" w:cs="Arial"/>
          <w:color w:val="auto"/>
        </w:rPr>
        <w:t>berwenang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untuk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menetapkan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hasilnya</w:t>
      </w:r>
      <w:proofErr w:type="spellEnd"/>
      <w:r w:rsidRPr="00CC4C99">
        <w:rPr>
          <w:rFonts w:ascii="Arial" w:hAnsi="Arial" w:cs="Arial"/>
          <w:color w:val="auto"/>
        </w:rPr>
        <w:t xml:space="preserve">. Kami </w:t>
      </w:r>
      <w:proofErr w:type="spellStart"/>
      <w:r w:rsidRPr="00CC4C99">
        <w:rPr>
          <w:rFonts w:ascii="Arial" w:hAnsi="Arial" w:cs="Arial"/>
          <w:color w:val="auto"/>
        </w:rPr>
        <w:t>tidak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akan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melakukan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intervensi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tekanan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ataupun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upaya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memengaruhi</w:t>
      </w:r>
      <w:proofErr w:type="spellEnd"/>
      <w:r w:rsidRPr="00CC4C99">
        <w:rPr>
          <w:rFonts w:ascii="Arial" w:hAnsi="Arial" w:cs="Arial"/>
          <w:color w:val="auto"/>
        </w:rPr>
        <w:t xml:space="preserve"> proses dan </w:t>
      </w:r>
      <w:proofErr w:type="spellStart"/>
      <w:r w:rsidRPr="00CC4C99">
        <w:rPr>
          <w:rFonts w:ascii="Arial" w:hAnsi="Arial" w:cs="Arial"/>
          <w:color w:val="auto"/>
        </w:rPr>
        <w:t>hasil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tersebut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serta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menerima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keputusan</w:t>
      </w:r>
      <w:proofErr w:type="spellEnd"/>
      <w:r w:rsidRPr="00CC4C99">
        <w:rPr>
          <w:rFonts w:ascii="Arial" w:hAnsi="Arial" w:cs="Arial"/>
          <w:color w:val="auto"/>
        </w:rPr>
        <w:t xml:space="preserve"> yang </w:t>
      </w:r>
      <w:proofErr w:type="spellStart"/>
      <w:r w:rsidRPr="00CC4C99">
        <w:rPr>
          <w:rFonts w:ascii="Arial" w:hAnsi="Arial" w:cs="Arial"/>
          <w:color w:val="auto"/>
        </w:rPr>
        <w:t>ditetapkan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secara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objektif</w:t>
      </w:r>
      <w:proofErr w:type="spellEnd"/>
      <w:r w:rsidRPr="00CC4C99">
        <w:rPr>
          <w:rFonts w:ascii="Arial" w:hAnsi="Arial" w:cs="Arial"/>
          <w:color w:val="auto"/>
        </w:rPr>
        <w:t xml:space="preserve"> dan </w:t>
      </w:r>
      <w:proofErr w:type="spellStart"/>
      <w:r w:rsidRPr="00CC4C99">
        <w:rPr>
          <w:rFonts w:ascii="Arial" w:hAnsi="Arial" w:cs="Arial"/>
          <w:color w:val="auto"/>
        </w:rPr>
        <w:t>sesuai</w:t>
      </w:r>
      <w:proofErr w:type="spellEnd"/>
      <w:r w:rsidRPr="00CC4C99">
        <w:rPr>
          <w:rFonts w:ascii="Arial" w:hAnsi="Arial" w:cs="Arial"/>
          <w:color w:val="auto"/>
        </w:rPr>
        <w:t xml:space="preserve"> PERTOR </w:t>
      </w:r>
      <w:proofErr w:type="spellStart"/>
      <w:r w:rsidRPr="00CC4C99">
        <w:rPr>
          <w:rFonts w:ascii="Arial" w:hAnsi="Arial" w:cs="Arial"/>
          <w:color w:val="auto"/>
        </w:rPr>
        <w:t>Unpatti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sebagai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keputusan</w:t>
      </w:r>
      <w:proofErr w:type="spellEnd"/>
      <w:r w:rsidRPr="00CC4C99">
        <w:rPr>
          <w:rFonts w:ascii="Arial" w:hAnsi="Arial" w:cs="Arial"/>
          <w:color w:val="auto"/>
        </w:rPr>
        <w:t xml:space="preserve"> yang final dan </w:t>
      </w:r>
      <w:proofErr w:type="spellStart"/>
      <w:r w:rsidRPr="00CC4C99">
        <w:rPr>
          <w:rFonts w:ascii="Arial" w:hAnsi="Arial" w:cs="Arial"/>
          <w:color w:val="auto"/>
        </w:rPr>
        <w:t>mengikat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secara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administratif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serta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tidak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akan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mempersoalkannya</w:t>
      </w:r>
      <w:proofErr w:type="spellEnd"/>
      <w:r w:rsidRPr="00CC4C99">
        <w:rPr>
          <w:rFonts w:ascii="Arial" w:hAnsi="Arial" w:cs="Arial"/>
          <w:color w:val="auto"/>
        </w:rPr>
        <w:t xml:space="preserve"> di </w:t>
      </w:r>
      <w:proofErr w:type="spellStart"/>
      <w:r w:rsidRPr="00CC4C99">
        <w:rPr>
          <w:rFonts w:ascii="Arial" w:hAnsi="Arial" w:cs="Arial"/>
          <w:color w:val="auto"/>
        </w:rPr>
        <w:t>luar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mekanisme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klarifikasi</w:t>
      </w:r>
      <w:proofErr w:type="spellEnd"/>
      <w:r w:rsidRPr="00CC4C99">
        <w:rPr>
          <w:rFonts w:ascii="Arial" w:hAnsi="Arial" w:cs="Arial"/>
          <w:color w:val="auto"/>
        </w:rPr>
        <w:t xml:space="preserve">, </w:t>
      </w:r>
      <w:proofErr w:type="spellStart"/>
      <w:r w:rsidRPr="00CC4C99">
        <w:rPr>
          <w:rFonts w:ascii="Arial" w:hAnsi="Arial" w:cs="Arial"/>
          <w:color w:val="auto"/>
        </w:rPr>
        <w:t>perbaikan</w:t>
      </w:r>
      <w:proofErr w:type="spellEnd"/>
      <w:r w:rsidRPr="00CC4C99">
        <w:rPr>
          <w:rFonts w:ascii="Arial" w:hAnsi="Arial" w:cs="Arial"/>
          <w:color w:val="auto"/>
        </w:rPr>
        <w:t xml:space="preserve"> data, </w:t>
      </w:r>
      <w:proofErr w:type="spellStart"/>
      <w:r w:rsidRPr="00CC4C99">
        <w:rPr>
          <w:rFonts w:ascii="Arial" w:hAnsi="Arial" w:cs="Arial"/>
          <w:color w:val="auto"/>
        </w:rPr>
        <w:t>atau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upaya</w:t>
      </w:r>
      <w:proofErr w:type="spellEnd"/>
      <w:r w:rsidRPr="00CC4C99">
        <w:rPr>
          <w:rFonts w:ascii="Arial" w:hAnsi="Arial" w:cs="Arial"/>
          <w:color w:val="auto"/>
        </w:rPr>
        <w:t xml:space="preserve"> lain yang </w:t>
      </w:r>
      <w:proofErr w:type="spellStart"/>
      <w:r w:rsidRPr="00CC4C99">
        <w:rPr>
          <w:rFonts w:ascii="Arial" w:hAnsi="Arial" w:cs="Arial"/>
          <w:color w:val="auto"/>
        </w:rPr>
        <w:t>secara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tegas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disediakan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berdasarkan</w:t>
      </w:r>
      <w:proofErr w:type="spellEnd"/>
      <w:r w:rsidRPr="00CC4C99">
        <w:rPr>
          <w:rFonts w:ascii="Arial" w:hAnsi="Arial" w:cs="Arial"/>
          <w:color w:val="auto"/>
        </w:rPr>
        <w:t xml:space="preserve"> </w:t>
      </w:r>
      <w:proofErr w:type="spellStart"/>
      <w:r w:rsidRPr="00CC4C99">
        <w:rPr>
          <w:rFonts w:ascii="Arial" w:hAnsi="Arial" w:cs="Arial"/>
          <w:color w:val="auto"/>
        </w:rPr>
        <w:t>ketentuan</w:t>
      </w:r>
      <w:proofErr w:type="spellEnd"/>
      <w:r w:rsidRPr="00CC4C99">
        <w:rPr>
          <w:rFonts w:ascii="Arial" w:hAnsi="Arial" w:cs="Arial"/>
          <w:color w:val="auto"/>
        </w:rPr>
        <w:t xml:space="preserve"> yang </w:t>
      </w:r>
      <w:proofErr w:type="spellStart"/>
      <w:r w:rsidRPr="00CC4C99">
        <w:rPr>
          <w:rFonts w:ascii="Arial" w:hAnsi="Arial" w:cs="Arial"/>
          <w:color w:val="auto"/>
        </w:rPr>
        <w:t>berlaku</w:t>
      </w:r>
      <w:proofErr w:type="spellEnd"/>
      <w:r w:rsidRPr="00CC4C99">
        <w:rPr>
          <w:rFonts w:ascii="Arial" w:hAnsi="Arial" w:cs="Arial"/>
          <w:color w:val="auto"/>
        </w:rPr>
        <w:t>.</w:t>
      </w:r>
    </w:p>
    <w:p w14:paraId="7417BFC4" w14:textId="77777777" w:rsidR="00CC4C99" w:rsidRPr="00CC4C99" w:rsidRDefault="00CC4C99" w:rsidP="00CC4C99">
      <w:pPr>
        <w:keepLines/>
        <w:jc w:val="both"/>
        <w:rPr>
          <w:rFonts w:ascii="Arial" w:hAnsi="Arial" w:cs="Arial"/>
          <w:color w:val="auto"/>
        </w:rPr>
      </w:pPr>
    </w:p>
    <w:p w14:paraId="706302A2" w14:textId="77777777" w:rsidR="00CC4C99" w:rsidRPr="00CC4C99" w:rsidRDefault="00CC4C99" w:rsidP="00CC4C99">
      <w:pPr>
        <w:keepLines/>
        <w:jc w:val="both"/>
        <w:rPr>
          <w:rFonts w:ascii="Arial" w:hAnsi="Arial" w:cs="Arial"/>
          <w:color w:val="auto"/>
        </w:rPr>
      </w:pPr>
    </w:p>
    <w:p w14:paraId="52747D9D" w14:textId="77777777" w:rsidR="00CC4C99" w:rsidRPr="00CC4C99" w:rsidRDefault="00CC4C99" w:rsidP="00CC4C99">
      <w:pPr>
        <w:keepLines/>
        <w:jc w:val="both"/>
        <w:rPr>
          <w:rFonts w:ascii="Arial" w:hAnsi="Arial" w:cs="Arial"/>
          <w:color w:val="auto"/>
        </w:rPr>
      </w:pPr>
    </w:p>
    <w:p w14:paraId="565F3FDF" w14:textId="77777777" w:rsidR="00A302E2" w:rsidRPr="00CC4C99" w:rsidRDefault="00000000" w:rsidP="00A302E2">
      <w:pPr>
        <w:keepLines/>
        <w:pBdr>
          <w:top w:val="single" w:sz="6" w:space="6" w:color="D6DCE4"/>
          <w:left w:val="single" w:sz="6" w:space="6" w:color="D6DCE4"/>
          <w:bottom w:val="single" w:sz="6" w:space="6" w:color="D6DCE4"/>
          <w:right w:val="single" w:sz="6" w:space="6" w:color="D6DCE4"/>
        </w:pBdr>
        <w:shd w:val="clear" w:color="auto" w:fill="F4F6F9"/>
        <w:spacing w:before="160" w:after="160"/>
        <w:ind w:left="160" w:right="160"/>
        <w:rPr>
          <w:rFonts w:ascii="Arial" w:eastAsia="Calibri" w:hAnsi="Arial" w:cs="Arial"/>
          <w:b/>
          <w:color w:val="FF0000"/>
        </w:rPr>
      </w:pPr>
      <w:r w:rsidRPr="00CC4C99">
        <w:rPr>
          <w:rFonts w:ascii="Arial" w:eastAsia="Calibri" w:hAnsi="Arial" w:cs="Arial"/>
          <w:b/>
          <w:color w:val="FF0000"/>
        </w:rPr>
        <w:lastRenderedPageBreak/>
        <w:t>PENERIMAAN KONSEKUENSI DAN SANKSI</w:t>
      </w:r>
    </w:p>
    <w:p w14:paraId="38CBB637" w14:textId="1F221EDD" w:rsidR="00A72B38" w:rsidRPr="00CC4C99" w:rsidRDefault="00000000" w:rsidP="00A302E2">
      <w:pPr>
        <w:keepLines/>
        <w:pBdr>
          <w:top w:val="single" w:sz="6" w:space="6" w:color="D6DCE4"/>
          <w:left w:val="single" w:sz="6" w:space="6" w:color="D6DCE4"/>
          <w:bottom w:val="single" w:sz="6" w:space="6" w:color="D6DCE4"/>
          <w:right w:val="single" w:sz="6" w:space="6" w:color="D6DCE4"/>
        </w:pBdr>
        <w:shd w:val="clear" w:color="auto" w:fill="F4F6F9"/>
        <w:spacing w:before="160" w:after="160"/>
        <w:ind w:left="160" w:right="160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Apabila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kami </w:t>
      </w:r>
      <w:proofErr w:type="spellStart"/>
      <w:r w:rsidRPr="00CC4C99">
        <w:rPr>
          <w:rFonts w:ascii="Arial" w:eastAsia="Calibri" w:hAnsi="Arial" w:cs="Arial"/>
          <w:color w:val="auto"/>
        </w:rPr>
        <w:t>melanggar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pernyataan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komitmen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kami </w:t>
      </w:r>
      <w:proofErr w:type="spellStart"/>
      <w:r w:rsidRPr="00CC4C99">
        <w:rPr>
          <w:rFonts w:ascii="Arial" w:eastAsia="Calibri" w:hAnsi="Arial" w:cs="Arial"/>
          <w:color w:val="auto"/>
        </w:rPr>
        <w:t>bersedia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menerima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konsekuensi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jenis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tingkat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pelanggaran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termasuk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permohonan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tidak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ditetapkan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ditolak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digugurkan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pemilihan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pembatalan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SPPBJ; </w:t>
      </w:r>
      <w:proofErr w:type="spellStart"/>
      <w:r w:rsidRPr="00CC4C99">
        <w:rPr>
          <w:rFonts w:ascii="Arial" w:eastAsia="Calibri" w:hAnsi="Arial" w:cs="Arial"/>
          <w:color w:val="auto"/>
        </w:rPr>
        <w:t>dikeluarkan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dari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DPT; </w:t>
      </w:r>
      <w:proofErr w:type="spellStart"/>
      <w:r w:rsidRPr="00CC4C99">
        <w:rPr>
          <w:rFonts w:ascii="Arial" w:eastAsia="Calibri" w:hAnsi="Arial" w:cs="Arial"/>
          <w:color w:val="auto"/>
        </w:rPr>
        <w:t>pengenaan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Sanksi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Daftar </w:t>
      </w:r>
      <w:proofErr w:type="spellStart"/>
      <w:r w:rsidRPr="00CC4C99">
        <w:rPr>
          <w:rFonts w:ascii="Arial" w:eastAsia="Calibri" w:hAnsi="Arial" w:cs="Arial"/>
          <w:color w:val="auto"/>
        </w:rPr>
        <w:t>Hitam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pencairan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jaminan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pemutusan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kontrak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denda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dan/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ganti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kerugian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;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gugatan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perdata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dan/</w:t>
      </w:r>
      <w:proofErr w:type="spellStart"/>
      <w:r w:rsidRPr="00CC4C99">
        <w:rPr>
          <w:rFonts w:ascii="Arial" w:eastAsia="Calibri" w:hAnsi="Arial" w:cs="Arial"/>
          <w:color w:val="auto"/>
        </w:rPr>
        <w:t>atau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pelaporan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pidana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ketentuan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berlaku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. Kami </w:t>
      </w:r>
      <w:proofErr w:type="spellStart"/>
      <w:r w:rsidRPr="00CC4C99">
        <w:rPr>
          <w:rFonts w:ascii="Arial" w:eastAsia="Calibri" w:hAnsi="Arial" w:cs="Arial"/>
          <w:color w:val="auto"/>
        </w:rPr>
        <w:t>memahami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bahwa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sanksi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pengeluaran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dari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 </w:t>
      </w:r>
      <w:proofErr w:type="spellStart"/>
      <w:r w:rsidRPr="00CC4C99">
        <w:rPr>
          <w:rFonts w:ascii="Arial" w:eastAsia="Calibri" w:hAnsi="Arial" w:cs="Arial"/>
          <w:color w:val="auto"/>
        </w:rPr>
        <w:t>dilaksanakan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melalui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tahapan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pengusulan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klarifikasi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penetapan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oleh </w:t>
      </w:r>
      <w:proofErr w:type="spellStart"/>
      <w:r w:rsidRPr="00CC4C99">
        <w:rPr>
          <w:rFonts w:ascii="Arial" w:eastAsia="Calibri" w:hAnsi="Arial" w:cs="Arial"/>
          <w:color w:val="auto"/>
        </w:rPr>
        <w:t>pejabat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berwenang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dan </w:t>
      </w:r>
      <w:proofErr w:type="spellStart"/>
      <w:r w:rsidRPr="00CC4C99">
        <w:rPr>
          <w:rFonts w:ascii="Arial" w:eastAsia="Calibri" w:hAnsi="Arial" w:cs="Arial"/>
          <w:color w:val="auto"/>
        </w:rPr>
        <w:t>pengeluaran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dari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DPT. </w:t>
      </w:r>
      <w:proofErr w:type="spellStart"/>
      <w:r w:rsidRPr="00CC4C99">
        <w:rPr>
          <w:rFonts w:ascii="Arial" w:eastAsia="Calibri" w:hAnsi="Arial" w:cs="Arial"/>
          <w:color w:val="auto"/>
        </w:rPr>
        <w:t>Dalam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hal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telah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dikeluarkan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dari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DPT,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kembali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hanya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dapat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dilakukan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setelah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 (</w:t>
      </w:r>
      <w:proofErr w:type="spellStart"/>
      <w:r w:rsidRPr="00CC4C99">
        <w:rPr>
          <w:rFonts w:ascii="Arial" w:eastAsia="Calibri" w:hAnsi="Arial" w:cs="Arial"/>
          <w:color w:val="auto"/>
        </w:rPr>
        <w:t>dua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) </w:t>
      </w:r>
      <w:proofErr w:type="spellStart"/>
      <w:r w:rsidRPr="00CC4C99">
        <w:rPr>
          <w:rFonts w:ascii="Arial" w:eastAsia="Calibri" w:hAnsi="Arial" w:cs="Arial"/>
          <w:color w:val="auto"/>
        </w:rPr>
        <w:t>tahun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terhitung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sejak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keputusan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pengenaan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sanksi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ditetapkan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PERTOR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Nomor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 </w:t>
      </w:r>
      <w:proofErr w:type="spellStart"/>
      <w:r w:rsidRPr="00CC4C99">
        <w:rPr>
          <w:rFonts w:ascii="Arial" w:eastAsia="Calibri" w:hAnsi="Arial" w:cs="Arial"/>
          <w:color w:val="auto"/>
        </w:rPr>
        <w:t>Tahun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2026.</w:t>
      </w:r>
    </w:p>
    <w:p w14:paraId="7A1A258F" w14:textId="77777777" w:rsidR="00A72B38" w:rsidRPr="00CC4C99" w:rsidRDefault="00000000">
      <w:pPr>
        <w:keepNext/>
        <w:keepLines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Demikian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Surat </w:t>
      </w:r>
      <w:proofErr w:type="spellStart"/>
      <w:r w:rsidRPr="00CC4C99">
        <w:rPr>
          <w:rFonts w:ascii="Arial" w:eastAsia="Calibri" w:hAnsi="Arial" w:cs="Arial"/>
          <w:color w:val="auto"/>
        </w:rPr>
        <w:t>Pernyataan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Komitmen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ini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dibuat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dengan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sebenar-benarnya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, </w:t>
      </w:r>
      <w:proofErr w:type="spellStart"/>
      <w:r w:rsidRPr="00CC4C99">
        <w:rPr>
          <w:rFonts w:ascii="Arial" w:eastAsia="Calibri" w:hAnsi="Arial" w:cs="Arial"/>
          <w:color w:val="auto"/>
        </w:rPr>
        <w:t>secara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sadar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tanpa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paksaan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dari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pihak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mana pun, </w:t>
      </w:r>
      <w:proofErr w:type="spellStart"/>
      <w:r w:rsidRPr="00CC4C99">
        <w:rPr>
          <w:rFonts w:ascii="Arial" w:eastAsia="Calibri" w:hAnsi="Arial" w:cs="Arial"/>
          <w:color w:val="auto"/>
        </w:rPr>
        <w:t>untuk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digunakan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sebagai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bagian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dari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 BLU Universitas </w:t>
      </w:r>
      <w:proofErr w:type="spellStart"/>
      <w:r w:rsidRPr="00CC4C99">
        <w:rPr>
          <w:rFonts w:ascii="Arial" w:eastAsia="Calibri" w:hAnsi="Arial" w:cs="Arial"/>
          <w:color w:val="auto"/>
        </w:rPr>
        <w:t>Pattimura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serta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mengikat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badan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kami </w:t>
      </w:r>
      <w:proofErr w:type="spellStart"/>
      <w:r w:rsidRPr="00CC4C99">
        <w:rPr>
          <w:rFonts w:ascii="Arial" w:eastAsia="Calibri" w:hAnsi="Arial" w:cs="Arial"/>
          <w:color w:val="auto"/>
        </w:rPr>
        <w:t>wakili</w:t>
      </w:r>
      <w:proofErr w:type="spellEnd"/>
      <w:r w:rsidRPr="00CC4C99">
        <w:rPr>
          <w:rFonts w:ascii="Arial" w:eastAsia="Calibri" w:hAnsi="Arial" w:cs="Arial"/>
          <w:color w:val="auto"/>
        </w:rPr>
        <w:t>.</w:t>
      </w:r>
    </w:p>
    <w:p w14:paraId="1320D136" w14:textId="77777777" w:rsidR="00A302E2" w:rsidRPr="00CC4C99" w:rsidRDefault="00A302E2">
      <w:pPr>
        <w:keepNext/>
        <w:keepLines/>
        <w:spacing w:after="0" w:line="240" w:lineRule="auto"/>
        <w:ind w:left="4989"/>
        <w:rPr>
          <w:rFonts w:ascii="Arial" w:eastAsia="Calibri" w:hAnsi="Arial" w:cs="Arial"/>
          <w:color w:val="auto"/>
        </w:rPr>
      </w:pPr>
    </w:p>
    <w:p w14:paraId="3458B355" w14:textId="77777777" w:rsidR="00A302E2" w:rsidRPr="00CC4C99" w:rsidRDefault="00A302E2">
      <w:pPr>
        <w:keepNext/>
        <w:keepLines/>
        <w:spacing w:after="0" w:line="240" w:lineRule="auto"/>
        <w:ind w:left="4989"/>
        <w:rPr>
          <w:rFonts w:ascii="Arial" w:eastAsia="Calibri" w:hAnsi="Arial" w:cs="Arial"/>
          <w:color w:val="auto"/>
        </w:rPr>
      </w:pPr>
    </w:p>
    <w:p w14:paraId="581FC706" w14:textId="3C66BF21" w:rsidR="00A72B38" w:rsidRPr="00CC4C99" w:rsidRDefault="00000000">
      <w:pPr>
        <w:keepNext/>
        <w:keepLines/>
        <w:spacing w:after="0" w:line="240" w:lineRule="auto"/>
        <w:ind w:left="4989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color w:val="auto"/>
        </w:rPr>
        <w:t>Ambon, ................................ 20</w:t>
      </w:r>
    </w:p>
    <w:p w14:paraId="5623168E" w14:textId="77777777" w:rsidR="00A72B38" w:rsidRPr="00CC4C99" w:rsidRDefault="00000000">
      <w:pPr>
        <w:keepNext/>
        <w:keepLines/>
        <w:spacing w:after="0" w:line="240" w:lineRule="auto"/>
        <w:ind w:left="4989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color w:val="auto"/>
        </w:rPr>
        <w:t xml:space="preserve">Yang </w:t>
      </w:r>
      <w:proofErr w:type="spellStart"/>
      <w:r w:rsidRPr="00CC4C99">
        <w:rPr>
          <w:rFonts w:ascii="Arial" w:eastAsia="Calibri" w:hAnsi="Arial" w:cs="Arial"/>
          <w:color w:val="auto"/>
        </w:rPr>
        <w:t>membuat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pernyataan</w:t>
      </w:r>
      <w:proofErr w:type="spellEnd"/>
      <w:r w:rsidRPr="00CC4C99">
        <w:rPr>
          <w:rFonts w:ascii="Arial" w:eastAsia="Calibri" w:hAnsi="Arial" w:cs="Arial"/>
          <w:color w:val="auto"/>
        </w:rPr>
        <w:t>,</w:t>
      </w:r>
    </w:p>
    <w:p w14:paraId="1B253C93" w14:textId="77777777" w:rsidR="00A72B38" w:rsidRPr="00CC4C99" w:rsidRDefault="00000000">
      <w:pPr>
        <w:keepNext/>
        <w:keepLines/>
        <w:spacing w:after="0" w:line="240" w:lineRule="auto"/>
        <w:ind w:left="4989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color w:val="auto"/>
        </w:rPr>
        <w:t>Direktur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Utama/</w:t>
      </w:r>
      <w:proofErr w:type="spellStart"/>
      <w:r w:rsidRPr="00CC4C99">
        <w:rPr>
          <w:rFonts w:ascii="Arial" w:eastAsia="Calibri" w:hAnsi="Arial" w:cs="Arial"/>
          <w:color w:val="auto"/>
        </w:rPr>
        <w:t>Pimpinan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Pengurus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berwenang</w:t>
      </w:r>
      <w:proofErr w:type="spellEnd"/>
    </w:p>
    <w:p w14:paraId="7E9197F5" w14:textId="77777777" w:rsidR="00A72B38" w:rsidRPr="00CC4C99" w:rsidRDefault="00000000">
      <w:pPr>
        <w:keepNext/>
        <w:keepLines/>
        <w:spacing w:after="0" w:line="240" w:lineRule="auto"/>
        <w:ind w:left="4989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color w:val="auto"/>
        </w:rPr>
        <w:t xml:space="preserve"> </w:t>
      </w:r>
    </w:p>
    <w:p w14:paraId="327F99ED" w14:textId="25481286" w:rsidR="00A72B38" w:rsidRPr="00CC4C99" w:rsidRDefault="00000000">
      <w:pPr>
        <w:keepNext/>
        <w:keepLines/>
        <w:spacing w:after="0" w:line="240" w:lineRule="auto"/>
        <w:ind w:left="4989"/>
        <w:rPr>
          <w:rFonts w:ascii="Arial" w:eastAsia="Calibri" w:hAnsi="Arial" w:cs="Arial"/>
          <w:b/>
          <w:i/>
          <w:color w:val="D9D9D9" w:themeColor="background1" w:themeShade="D9"/>
        </w:rPr>
      </w:pPr>
      <w:proofErr w:type="spellStart"/>
      <w:r w:rsidRPr="00CC4C99">
        <w:rPr>
          <w:rFonts w:ascii="Arial" w:eastAsia="Calibri" w:hAnsi="Arial" w:cs="Arial"/>
          <w:b/>
          <w:i/>
          <w:color w:val="D9D9D9" w:themeColor="background1" w:themeShade="D9"/>
        </w:rPr>
        <w:t>Meterai</w:t>
      </w:r>
      <w:proofErr w:type="spellEnd"/>
      <w:r w:rsidRPr="00CC4C99">
        <w:rPr>
          <w:rFonts w:ascii="Arial" w:eastAsia="Calibri" w:hAnsi="Arial" w:cs="Arial"/>
          <w:b/>
          <w:i/>
          <w:color w:val="D9D9D9" w:themeColor="background1" w:themeShade="D9"/>
        </w:rPr>
        <w:t xml:space="preserve"> </w:t>
      </w:r>
      <w:r w:rsidR="00A302E2" w:rsidRPr="00CC4C99">
        <w:rPr>
          <w:rFonts w:ascii="Arial" w:eastAsia="Calibri" w:hAnsi="Arial" w:cs="Arial"/>
          <w:b/>
          <w:i/>
          <w:color w:val="D9D9D9" w:themeColor="background1" w:themeShade="D9"/>
        </w:rPr>
        <w:t>Rp.10.000</w:t>
      </w:r>
    </w:p>
    <w:p w14:paraId="5A8EAE0D" w14:textId="77777777" w:rsidR="00CC4C99" w:rsidRPr="00CC4C99" w:rsidRDefault="00CC4C99">
      <w:pPr>
        <w:keepNext/>
        <w:keepLines/>
        <w:spacing w:after="0" w:line="240" w:lineRule="auto"/>
        <w:ind w:left="4989"/>
        <w:rPr>
          <w:rFonts w:ascii="Arial" w:eastAsia="Calibri" w:hAnsi="Arial" w:cs="Arial"/>
          <w:b/>
          <w:i/>
          <w:color w:val="D9D9D9" w:themeColor="background1" w:themeShade="D9"/>
        </w:rPr>
      </w:pPr>
    </w:p>
    <w:p w14:paraId="5D462AA3" w14:textId="77777777" w:rsidR="00CC4C99" w:rsidRPr="00CC4C99" w:rsidRDefault="00CC4C99">
      <w:pPr>
        <w:keepNext/>
        <w:keepLines/>
        <w:spacing w:after="0" w:line="240" w:lineRule="auto"/>
        <w:ind w:left="4989"/>
        <w:rPr>
          <w:rFonts w:ascii="Arial" w:eastAsia="Calibri" w:hAnsi="Arial" w:cs="Arial"/>
          <w:b/>
          <w:i/>
          <w:color w:val="D9D9D9" w:themeColor="background1" w:themeShade="D9"/>
        </w:rPr>
      </w:pPr>
    </w:p>
    <w:p w14:paraId="615077D5" w14:textId="77777777" w:rsidR="00CC4C99" w:rsidRPr="00CC4C99" w:rsidRDefault="00CC4C99">
      <w:pPr>
        <w:keepNext/>
        <w:keepLines/>
        <w:spacing w:after="0" w:line="240" w:lineRule="auto"/>
        <w:ind w:left="4989"/>
        <w:rPr>
          <w:rFonts w:ascii="Arial" w:hAnsi="Arial" w:cs="Arial"/>
          <w:color w:val="D9D9D9" w:themeColor="background1" w:themeShade="D9"/>
        </w:rPr>
      </w:pPr>
    </w:p>
    <w:p w14:paraId="6440DFC1" w14:textId="77777777" w:rsidR="00A72B38" w:rsidRPr="00CC4C99" w:rsidRDefault="00000000">
      <w:pPr>
        <w:keepNext/>
        <w:keepLines/>
        <w:spacing w:after="0" w:line="240" w:lineRule="auto"/>
        <w:ind w:left="4989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color w:val="auto"/>
        </w:rPr>
        <w:t xml:space="preserve"> </w:t>
      </w:r>
    </w:p>
    <w:p w14:paraId="27D4D3F8" w14:textId="0B95E05E" w:rsidR="00A72B38" w:rsidRPr="00CC4C99" w:rsidRDefault="00000000">
      <w:pPr>
        <w:keepNext/>
        <w:keepLines/>
        <w:spacing w:after="40" w:line="240" w:lineRule="auto"/>
        <w:ind w:left="4989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b/>
          <w:color w:val="auto"/>
        </w:rPr>
        <w:t>(...........................................................)</w:t>
      </w:r>
    </w:p>
    <w:p w14:paraId="2AD4974E" w14:textId="77777777" w:rsidR="00A72B38" w:rsidRPr="00CC4C99" w:rsidRDefault="00000000">
      <w:pPr>
        <w:keepLines/>
        <w:spacing w:after="40" w:line="240" w:lineRule="auto"/>
        <w:ind w:left="4989"/>
        <w:rPr>
          <w:rFonts w:ascii="Arial" w:hAnsi="Arial" w:cs="Arial"/>
          <w:color w:val="auto"/>
        </w:rPr>
      </w:pPr>
      <w:r w:rsidRPr="00CC4C99">
        <w:rPr>
          <w:rFonts w:ascii="Arial" w:eastAsia="Calibri" w:hAnsi="Arial" w:cs="Arial"/>
          <w:color w:val="auto"/>
        </w:rPr>
        <w:t xml:space="preserve">Nama </w:t>
      </w:r>
      <w:proofErr w:type="spellStart"/>
      <w:r w:rsidRPr="00CC4C99">
        <w:rPr>
          <w:rFonts w:ascii="Arial" w:eastAsia="Calibri" w:hAnsi="Arial" w:cs="Arial"/>
          <w:color w:val="auto"/>
        </w:rPr>
        <w:t>lengkap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cap badan </w:t>
      </w:r>
      <w:proofErr w:type="spellStart"/>
      <w:r w:rsidRPr="00CC4C99">
        <w:rPr>
          <w:rFonts w:ascii="Arial" w:eastAsia="Calibri" w:hAnsi="Arial" w:cs="Arial"/>
          <w:color w:val="auto"/>
        </w:rPr>
        <w:t>usaha</w:t>
      </w:r>
      <w:proofErr w:type="spellEnd"/>
    </w:p>
    <w:p w14:paraId="36876D8D" w14:textId="77777777" w:rsidR="00CC4C99" w:rsidRPr="00CC4C99" w:rsidRDefault="00CC4C99" w:rsidP="00CC4C99">
      <w:pPr>
        <w:keepLines/>
        <w:spacing w:before="200" w:after="0"/>
        <w:jc w:val="both"/>
        <w:rPr>
          <w:rFonts w:ascii="Arial" w:eastAsia="Calibri" w:hAnsi="Arial" w:cs="Arial"/>
          <w:b/>
          <w:color w:val="auto"/>
        </w:rPr>
      </w:pPr>
    </w:p>
    <w:p w14:paraId="38BD4661" w14:textId="3382A883" w:rsidR="00A72B38" w:rsidRPr="00CC4C99" w:rsidRDefault="00000000" w:rsidP="00CC4C99">
      <w:pPr>
        <w:keepLines/>
        <w:spacing w:before="200" w:after="0"/>
        <w:jc w:val="both"/>
        <w:rPr>
          <w:rFonts w:ascii="Arial" w:hAnsi="Arial" w:cs="Arial"/>
          <w:color w:val="auto"/>
        </w:rPr>
      </w:pPr>
      <w:proofErr w:type="spellStart"/>
      <w:r w:rsidRPr="00CC4C99">
        <w:rPr>
          <w:rFonts w:ascii="Arial" w:eastAsia="Calibri" w:hAnsi="Arial" w:cs="Arial"/>
          <w:b/>
          <w:color w:val="auto"/>
        </w:rPr>
        <w:t>Catatan</w:t>
      </w:r>
      <w:proofErr w:type="spellEnd"/>
      <w:r w:rsidRPr="00CC4C99">
        <w:rPr>
          <w:rFonts w:ascii="Arial" w:eastAsia="Calibri" w:hAnsi="Arial" w:cs="Arial"/>
          <w:b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b/>
          <w:color w:val="auto"/>
        </w:rPr>
        <w:t>penggunaan</w:t>
      </w:r>
      <w:proofErr w:type="spellEnd"/>
      <w:r w:rsidRPr="00CC4C99">
        <w:rPr>
          <w:rFonts w:ascii="Arial" w:eastAsia="Calibri" w:hAnsi="Arial" w:cs="Arial"/>
          <w:b/>
          <w:color w:val="auto"/>
        </w:rPr>
        <w:t xml:space="preserve">: </w:t>
      </w:r>
      <w:proofErr w:type="spellStart"/>
      <w:r w:rsidRPr="00CC4C99">
        <w:rPr>
          <w:rFonts w:ascii="Arial" w:eastAsia="Calibri" w:hAnsi="Arial" w:cs="Arial"/>
          <w:color w:val="auto"/>
        </w:rPr>
        <w:t>Dokumen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ditandatangani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oleh </w:t>
      </w:r>
      <w:proofErr w:type="spellStart"/>
      <w:r w:rsidRPr="00CC4C99">
        <w:rPr>
          <w:rFonts w:ascii="Arial" w:eastAsia="Calibri" w:hAnsi="Arial" w:cs="Arial"/>
          <w:color w:val="auto"/>
        </w:rPr>
        <w:t>pihak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yang </w:t>
      </w:r>
      <w:proofErr w:type="spellStart"/>
      <w:r w:rsidRPr="00CC4C99">
        <w:rPr>
          <w:rFonts w:ascii="Arial" w:eastAsia="Calibri" w:hAnsi="Arial" w:cs="Arial"/>
          <w:color w:val="auto"/>
        </w:rPr>
        <w:t>berwenang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sesuai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akta</w:t>
      </w:r>
      <w:proofErr w:type="spellEnd"/>
      <w:r w:rsidRPr="00CC4C99">
        <w:rPr>
          <w:rFonts w:ascii="Arial" w:eastAsia="Calibri" w:hAnsi="Arial" w:cs="Arial"/>
          <w:color w:val="auto"/>
        </w:rPr>
        <w:t>/</w:t>
      </w:r>
      <w:proofErr w:type="spellStart"/>
      <w:r w:rsidRPr="00CC4C99">
        <w:rPr>
          <w:rFonts w:ascii="Arial" w:eastAsia="Calibri" w:hAnsi="Arial" w:cs="Arial"/>
          <w:color w:val="auto"/>
        </w:rPr>
        <w:t>anggaran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dasar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dan </w:t>
      </w:r>
      <w:proofErr w:type="spellStart"/>
      <w:r w:rsidRPr="00CC4C99">
        <w:rPr>
          <w:rFonts w:ascii="Arial" w:eastAsia="Calibri" w:hAnsi="Arial" w:cs="Arial"/>
          <w:color w:val="auto"/>
        </w:rPr>
        <w:t>disampaikan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bersama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dokumen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</w:t>
      </w:r>
      <w:proofErr w:type="spellStart"/>
      <w:r w:rsidRPr="00CC4C99">
        <w:rPr>
          <w:rFonts w:ascii="Arial" w:eastAsia="Calibri" w:hAnsi="Arial" w:cs="Arial"/>
          <w:color w:val="auto"/>
        </w:rPr>
        <w:t>pendaftaran</w:t>
      </w:r>
      <w:proofErr w:type="spellEnd"/>
      <w:r w:rsidRPr="00CC4C99">
        <w:rPr>
          <w:rFonts w:ascii="Arial" w:eastAsia="Calibri" w:hAnsi="Arial" w:cs="Arial"/>
          <w:color w:val="auto"/>
        </w:rPr>
        <w:t xml:space="preserve"> DPT.</w:t>
      </w:r>
    </w:p>
    <w:sectPr w:rsidR="00A72B38" w:rsidRPr="00CC4C99" w:rsidSect="00F84923">
      <w:headerReference w:type="default" r:id="rId8"/>
      <w:footerReference w:type="default" r:id="rId9"/>
      <w:pgSz w:w="11906" w:h="16838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0EAB" w14:textId="77777777" w:rsidR="006A0D04" w:rsidRDefault="006A0D04">
      <w:pPr>
        <w:spacing w:after="0" w:line="240" w:lineRule="auto"/>
      </w:pPr>
      <w:r>
        <w:separator/>
      </w:r>
    </w:p>
  </w:endnote>
  <w:endnote w:type="continuationSeparator" w:id="0">
    <w:p w14:paraId="63565DA4" w14:textId="77777777" w:rsidR="006A0D04" w:rsidRDefault="006A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E3E1" w14:textId="77777777" w:rsidR="00A72B38" w:rsidRDefault="00000000">
    <w:pPr>
      <w:pStyle w:val="Footer"/>
      <w:jc w:val="center"/>
    </w:pPr>
    <w:proofErr w:type="spellStart"/>
    <w:r>
      <w:rPr>
        <w:rFonts w:eastAsia="Calibri"/>
        <w:color w:val="667085"/>
        <w:sz w:val="18"/>
      </w:rPr>
      <w:t>Formulir</w:t>
    </w:r>
    <w:proofErr w:type="spellEnd"/>
    <w:r>
      <w:rPr>
        <w:rFonts w:eastAsia="Calibri"/>
        <w:color w:val="667085"/>
        <w:sz w:val="18"/>
      </w:rPr>
      <w:t xml:space="preserve"> Surat </w:t>
    </w:r>
    <w:proofErr w:type="spellStart"/>
    <w:r>
      <w:rPr>
        <w:rFonts w:eastAsia="Calibri"/>
        <w:color w:val="667085"/>
        <w:sz w:val="18"/>
      </w:rPr>
      <w:t>Pernyataan</w:t>
    </w:r>
    <w:proofErr w:type="spellEnd"/>
    <w:r>
      <w:rPr>
        <w:rFonts w:eastAsia="Calibri"/>
        <w:color w:val="667085"/>
        <w:sz w:val="18"/>
      </w:rPr>
      <w:t xml:space="preserve"> </w:t>
    </w:r>
    <w:proofErr w:type="spellStart"/>
    <w:proofErr w:type="gramStart"/>
    <w:r>
      <w:rPr>
        <w:rFonts w:eastAsia="Calibri"/>
        <w:color w:val="667085"/>
        <w:sz w:val="18"/>
      </w:rPr>
      <w:t>Komitmen</w:t>
    </w:r>
    <w:proofErr w:type="spellEnd"/>
    <w:r>
      <w:rPr>
        <w:rFonts w:eastAsia="Calibri"/>
        <w:color w:val="667085"/>
        <w:sz w:val="18"/>
      </w:rPr>
      <w:t xml:space="preserve">  |</w:t>
    </w:r>
    <w:proofErr w:type="gramEnd"/>
    <w:r>
      <w:rPr>
        <w:rFonts w:eastAsia="Calibri"/>
        <w:color w:val="667085"/>
        <w:sz w:val="18"/>
      </w:rPr>
      <w:t xml:space="preserve">  Halaman </w:t>
    </w:r>
    <w:r>
      <w:rPr>
        <w:rFonts w:eastAsia="Calibri"/>
        <w:color w:val="667085"/>
        <w:sz w:val="18"/>
      </w:rPr>
      <w:fldChar w:fldCharType="begin"/>
    </w:r>
    <w:r>
      <w:rPr>
        <w:rFonts w:eastAsia="Calibri"/>
        <w:color w:val="667085"/>
        <w:sz w:val="18"/>
      </w:rPr>
      <w:instrText xml:space="preserve"> PAGE </w:instrText>
    </w:r>
    <w:r>
      <w:rPr>
        <w:rFonts w:eastAsia="Calibri"/>
        <w:color w:val="667085"/>
        <w:sz w:val="18"/>
      </w:rPr>
      <w:fldChar w:fldCharType="separate"/>
    </w:r>
    <w:r>
      <w:rPr>
        <w:rFonts w:eastAsia="Calibri"/>
        <w:color w:val="667085"/>
        <w:sz w:val="18"/>
      </w:rPr>
      <w:t>1</w:t>
    </w:r>
    <w:r>
      <w:rPr>
        <w:rFonts w:eastAsia="Calibri"/>
        <w:color w:val="667085"/>
        <w:sz w:val="18"/>
      </w:rPr>
      <w:fldChar w:fldCharType="end"/>
    </w:r>
    <w:r>
      <w:rPr>
        <w:rFonts w:eastAsia="Calibri"/>
        <w:color w:val="667085"/>
        <w:sz w:val="18"/>
      </w:rPr>
      <w:t xml:space="preserve"> </w:t>
    </w:r>
    <w:proofErr w:type="spellStart"/>
    <w:r>
      <w:rPr>
        <w:rFonts w:eastAsia="Calibri"/>
        <w:color w:val="667085"/>
        <w:sz w:val="18"/>
      </w:rPr>
      <w:t>dari</w:t>
    </w:r>
    <w:proofErr w:type="spellEnd"/>
    <w:r>
      <w:rPr>
        <w:rFonts w:eastAsia="Calibri"/>
        <w:color w:val="667085"/>
        <w:sz w:val="18"/>
      </w:rPr>
      <w:t xml:space="preserve"> </w:t>
    </w:r>
    <w:r>
      <w:rPr>
        <w:rFonts w:eastAsia="Calibri"/>
        <w:color w:val="667085"/>
        <w:sz w:val="18"/>
      </w:rPr>
      <w:fldChar w:fldCharType="begin"/>
    </w:r>
    <w:r>
      <w:rPr>
        <w:rFonts w:eastAsia="Calibri"/>
        <w:color w:val="667085"/>
        <w:sz w:val="18"/>
      </w:rPr>
      <w:instrText xml:space="preserve"> NUMPAGES </w:instrText>
    </w:r>
    <w:r>
      <w:rPr>
        <w:rFonts w:eastAsia="Calibri"/>
        <w:color w:val="667085"/>
        <w:sz w:val="18"/>
      </w:rPr>
      <w:fldChar w:fldCharType="separate"/>
    </w:r>
    <w:r>
      <w:rPr>
        <w:rFonts w:eastAsia="Calibri"/>
        <w:color w:val="667085"/>
        <w:sz w:val="18"/>
      </w:rPr>
      <w:t>1</w:t>
    </w:r>
    <w:r>
      <w:rPr>
        <w:rFonts w:eastAsia="Calibri"/>
        <w:color w:val="667085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21B3" w14:textId="77777777" w:rsidR="006A0D04" w:rsidRDefault="006A0D04">
      <w:pPr>
        <w:spacing w:after="0" w:line="240" w:lineRule="auto"/>
      </w:pPr>
      <w:r>
        <w:separator/>
      </w:r>
    </w:p>
  </w:footnote>
  <w:footnote w:type="continuationSeparator" w:id="0">
    <w:p w14:paraId="6726ED3D" w14:textId="77777777" w:rsidR="006A0D04" w:rsidRDefault="006A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C357" w14:textId="037E7C19" w:rsidR="00A72B38" w:rsidRDefault="00000000">
    <w:pPr>
      <w:pStyle w:val="Header"/>
      <w:jc w:val="center"/>
    </w:pPr>
    <w:r>
      <w:rPr>
        <w:rFonts w:eastAsia="Calibri"/>
        <w:b/>
        <w:color w:val="667085"/>
        <w:sz w:val="17"/>
      </w:rPr>
      <w:t>DOKUMEN PENDAFTARAN DPT | BLU UNIVERSITAS PATTIMURA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B79C4"/>
    <w:multiLevelType w:val="singleLevel"/>
    <w:tmpl w:val="3E0EFC3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spacing w:after="120" w:line="264" w:lineRule="auto"/>
        <w:ind w:left="720" w:hanging="360"/>
      </w:pPr>
      <w:rPr>
        <w:rFonts w:ascii="Calibri" w:hAnsi="Calibri"/>
        <w:sz w:val="22"/>
      </w:rPr>
    </w:lvl>
  </w:abstractNum>
  <w:abstractNum w:abstractNumId="10" w15:restartNumberingAfterBreak="0">
    <w:nsid w:val="32053769"/>
    <w:multiLevelType w:val="singleLevel"/>
    <w:tmpl w:val="D97C1460"/>
    <w:lvl w:ilvl="0">
      <w:start w:val="1"/>
      <w:numFmt w:val="lowerLetter"/>
      <w:lvlText w:val="%1."/>
      <w:lvlJc w:val="left"/>
      <w:pPr>
        <w:tabs>
          <w:tab w:val="num" w:pos="720"/>
        </w:tabs>
        <w:spacing w:after="120" w:line="264" w:lineRule="auto"/>
        <w:ind w:left="720" w:hanging="360"/>
      </w:pPr>
      <w:rPr>
        <w:rFonts w:ascii="Calibri" w:hAnsi="Calibri"/>
        <w:sz w:val="22"/>
      </w:rPr>
    </w:lvl>
  </w:abstractNum>
  <w:num w:numId="1" w16cid:durableId="5636133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E56"/>
    <w:rsid w:val="00034616"/>
    <w:rsid w:val="0006063C"/>
    <w:rsid w:val="0015074B"/>
    <w:rsid w:val="001D639C"/>
    <w:rsid w:val="0029639D"/>
    <w:rsid w:val="00326F90"/>
    <w:rsid w:val="00537A2A"/>
    <w:rsid w:val="00541130"/>
    <w:rsid w:val="00583B39"/>
    <w:rsid w:val="006A0D04"/>
    <w:rsid w:val="008C6A41"/>
    <w:rsid w:val="00A302E2"/>
    <w:rsid w:val="00A61CF6"/>
    <w:rsid w:val="00A72B38"/>
    <w:rsid w:val="00AA1D8D"/>
    <w:rsid w:val="00B47730"/>
    <w:rsid w:val="00B81498"/>
    <w:rsid w:val="00CB0664"/>
    <w:rsid w:val="00CC4C99"/>
    <w:rsid w:val="00D27E9A"/>
    <w:rsid w:val="00DA166F"/>
    <w:rsid w:val="00E743A8"/>
    <w:rsid w:val="00F259D9"/>
    <w:rsid w:val="00F849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ED2533"/>
  <w14:defaultImageDpi w14:val="300"/>
  <w15:docId w15:val="{F9120D27-BD0A-4198-A72C-9A40CAEE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293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 Komitmen Calon Penyedia DPT BLU Universitas Pattimura</vt:lpstr>
    </vt:vector>
  </TitlesOfParts>
  <Manager/>
  <Company/>
  <LinksUpToDate>false</LinksUpToDate>
  <CharactersWithSpaces>7571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 Komitmen Calon Penyedia DPT BLU Universitas Pattimura</dc:title>
  <dc:subject>Formulir pendaftaran Daftar Penyedia Terpilih (DPT)</dc:subject>
  <dc:creator/>
  <cp:keywords/>
  <dc:description>generated by python-docx</dc:description>
  <cp:lastModifiedBy>Victor Pattiradjawane</cp:lastModifiedBy>
  <cp:revision>7</cp:revision>
  <dcterms:created xsi:type="dcterms:W3CDTF">2013-12-24T00:15:00Z</dcterms:created>
  <dcterms:modified xsi:type="dcterms:W3CDTF">2026-08-29T10:47:00Z</dcterms:modified>
  <cp:category/>
</cp:coreProperties>
</file>